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205" w:type="dxa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690"/>
        <w:gridCol w:w="3515"/>
      </w:tblGrid>
      <w:tr w:rsidR="00F37D51" w14:paraId="067D3907" w14:textId="77777777">
        <w:trPr>
          <w:jc w:val="center"/>
        </w:trPr>
        <w:tc>
          <w:tcPr>
            <w:tcW w:w="669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EF27EA3" w14:textId="77777777" w:rsidR="00F37D51" w:rsidRDefault="00000000">
            <w:r>
              <w:rPr>
                <w:b/>
                <w:color w:val="171717"/>
                <w:sz w:val="32"/>
              </w:rPr>
              <w:t>EXPOSITION SONORE</w:t>
            </w:r>
          </w:p>
        </w:tc>
        <w:tc>
          <w:tcPr>
            <w:tcW w:w="3515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7F11346" w14:textId="77777777" w:rsidR="00F37D51" w:rsidRDefault="00000000">
            <w:pPr>
              <w:jc w:val="right"/>
            </w:pPr>
            <w:r>
              <w:rPr>
                <w:color w:val="171717"/>
                <w:sz w:val="14"/>
              </w:rPr>
              <w:t>BON DE COMMANDE</w:t>
            </w:r>
            <w:r>
              <w:rPr>
                <w:color w:val="171717"/>
                <w:sz w:val="14"/>
              </w:rPr>
              <w:br/>
              <w:t>N° : __________________</w:t>
            </w:r>
            <w:r>
              <w:rPr>
                <w:color w:val="171717"/>
                <w:sz w:val="14"/>
              </w:rPr>
              <w:br/>
              <w:t>Date : ____ / ____ / ______</w:t>
            </w:r>
          </w:p>
        </w:tc>
      </w:tr>
    </w:tbl>
    <w:p w14:paraId="0D0177CB" w14:textId="77777777" w:rsidR="00F37D51" w:rsidRDefault="00F37D51">
      <w:pPr>
        <w:pBdr>
          <w:bottom w:val="single" w:sz="10" w:space="0" w:color="171717"/>
        </w:pBdr>
        <w:spacing w:before="20" w:after="60"/>
      </w:pPr>
    </w:p>
    <w:p w14:paraId="0C5D6DB5" w14:textId="77777777" w:rsidR="00F37D51" w:rsidRDefault="00000000">
      <w:pPr>
        <w:spacing w:before="80" w:after="40"/>
      </w:pPr>
      <w:r>
        <w:rPr>
          <w:b/>
          <w:color w:val="171717"/>
          <w:sz w:val="18"/>
        </w:rPr>
        <w:t>VOS COORDONNÉES</w:t>
      </w:r>
    </w:p>
    <w:tbl>
      <w:tblPr>
        <w:tblW w:w="10205" w:type="dxa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654"/>
      </w:tblGrid>
      <w:tr w:rsidR="00F37D51" w14:paraId="64F8FB81" w14:textId="77777777">
        <w:trPr>
          <w:jc w:val="center"/>
        </w:trPr>
        <w:tc>
          <w:tcPr>
            <w:tcW w:w="2551" w:type="dxa"/>
            <w:tcMar>
              <w:top w:w="15" w:type="dxa"/>
              <w:left w:w="95" w:type="dxa"/>
              <w:bottom w:w="15" w:type="dxa"/>
              <w:right w:w="95" w:type="dxa"/>
            </w:tcMar>
            <w:vAlign w:val="center"/>
          </w:tcPr>
          <w:p w14:paraId="77466CC0" w14:textId="77777777" w:rsidR="00F37D51" w:rsidRDefault="00000000">
            <w:r>
              <w:rPr>
                <w:color w:val="171717"/>
                <w:sz w:val="15"/>
              </w:rPr>
              <w:t>Structure</w:t>
            </w:r>
          </w:p>
        </w:tc>
        <w:tc>
          <w:tcPr>
            <w:tcW w:w="7654" w:type="dxa"/>
            <w:tcMar>
              <w:top w:w="15" w:type="dxa"/>
              <w:left w:w="95" w:type="dxa"/>
              <w:bottom w:w="15" w:type="dxa"/>
              <w:right w:w="95" w:type="dxa"/>
            </w:tcMar>
            <w:vAlign w:val="center"/>
          </w:tcPr>
          <w:p w14:paraId="63C70433" w14:textId="77777777" w:rsidR="00F37D51" w:rsidRDefault="00000000">
            <w:r>
              <w:rPr>
                <w:color w:val="171717"/>
                <w:sz w:val="15"/>
              </w:rPr>
              <w:t>____________________________________________________________</w:t>
            </w:r>
          </w:p>
        </w:tc>
      </w:tr>
      <w:tr w:rsidR="00F37D51" w14:paraId="0A3BA02D" w14:textId="77777777">
        <w:trPr>
          <w:jc w:val="center"/>
        </w:trPr>
        <w:tc>
          <w:tcPr>
            <w:tcW w:w="2551" w:type="dxa"/>
            <w:tcMar>
              <w:top w:w="15" w:type="dxa"/>
              <w:left w:w="95" w:type="dxa"/>
              <w:bottom w:w="15" w:type="dxa"/>
              <w:right w:w="95" w:type="dxa"/>
            </w:tcMar>
            <w:vAlign w:val="center"/>
          </w:tcPr>
          <w:p w14:paraId="3ED5820B" w14:textId="77777777" w:rsidR="00F37D51" w:rsidRDefault="00000000">
            <w:r>
              <w:rPr>
                <w:color w:val="171717"/>
                <w:sz w:val="15"/>
              </w:rPr>
              <w:t>Nom / prénom</w:t>
            </w:r>
          </w:p>
        </w:tc>
        <w:tc>
          <w:tcPr>
            <w:tcW w:w="7654" w:type="dxa"/>
            <w:tcMar>
              <w:top w:w="15" w:type="dxa"/>
              <w:left w:w="95" w:type="dxa"/>
              <w:bottom w:w="15" w:type="dxa"/>
              <w:right w:w="95" w:type="dxa"/>
            </w:tcMar>
            <w:vAlign w:val="center"/>
          </w:tcPr>
          <w:p w14:paraId="1FEAB557" w14:textId="77777777" w:rsidR="00F37D51" w:rsidRDefault="00000000">
            <w:r>
              <w:rPr>
                <w:color w:val="171717"/>
                <w:sz w:val="15"/>
              </w:rPr>
              <w:t>____________________________________________________________</w:t>
            </w:r>
          </w:p>
        </w:tc>
      </w:tr>
      <w:tr w:rsidR="00F37D51" w14:paraId="47C8A645" w14:textId="77777777">
        <w:trPr>
          <w:jc w:val="center"/>
        </w:trPr>
        <w:tc>
          <w:tcPr>
            <w:tcW w:w="2551" w:type="dxa"/>
            <w:tcMar>
              <w:top w:w="15" w:type="dxa"/>
              <w:left w:w="95" w:type="dxa"/>
              <w:bottom w:w="15" w:type="dxa"/>
              <w:right w:w="95" w:type="dxa"/>
            </w:tcMar>
            <w:vAlign w:val="center"/>
          </w:tcPr>
          <w:p w14:paraId="2C7CA276" w14:textId="77777777" w:rsidR="00F37D51" w:rsidRDefault="00000000">
            <w:r>
              <w:rPr>
                <w:color w:val="171717"/>
                <w:sz w:val="15"/>
              </w:rPr>
              <w:t>Adresse</w:t>
            </w:r>
          </w:p>
        </w:tc>
        <w:tc>
          <w:tcPr>
            <w:tcW w:w="7654" w:type="dxa"/>
            <w:tcMar>
              <w:top w:w="15" w:type="dxa"/>
              <w:left w:w="95" w:type="dxa"/>
              <w:bottom w:w="15" w:type="dxa"/>
              <w:right w:w="95" w:type="dxa"/>
            </w:tcMar>
            <w:vAlign w:val="center"/>
          </w:tcPr>
          <w:p w14:paraId="4471409D" w14:textId="77777777" w:rsidR="00F37D51" w:rsidRDefault="00000000">
            <w:r>
              <w:rPr>
                <w:color w:val="171717"/>
                <w:sz w:val="15"/>
              </w:rPr>
              <w:t>____________________________________________________________</w:t>
            </w:r>
          </w:p>
        </w:tc>
      </w:tr>
      <w:tr w:rsidR="00F37D51" w14:paraId="00DDEEA7" w14:textId="77777777">
        <w:trPr>
          <w:jc w:val="center"/>
        </w:trPr>
        <w:tc>
          <w:tcPr>
            <w:tcW w:w="2551" w:type="dxa"/>
            <w:tcMar>
              <w:top w:w="15" w:type="dxa"/>
              <w:left w:w="95" w:type="dxa"/>
              <w:bottom w:w="15" w:type="dxa"/>
              <w:right w:w="95" w:type="dxa"/>
            </w:tcMar>
            <w:vAlign w:val="center"/>
          </w:tcPr>
          <w:p w14:paraId="779F79BB" w14:textId="77777777" w:rsidR="00F37D51" w:rsidRDefault="00000000">
            <w:r>
              <w:rPr>
                <w:color w:val="171717"/>
                <w:sz w:val="15"/>
              </w:rPr>
              <w:t>Code postal / Ville</w:t>
            </w:r>
          </w:p>
        </w:tc>
        <w:tc>
          <w:tcPr>
            <w:tcW w:w="7654" w:type="dxa"/>
            <w:tcMar>
              <w:top w:w="15" w:type="dxa"/>
              <w:left w:w="95" w:type="dxa"/>
              <w:bottom w:w="15" w:type="dxa"/>
              <w:right w:w="95" w:type="dxa"/>
            </w:tcMar>
            <w:vAlign w:val="center"/>
          </w:tcPr>
          <w:p w14:paraId="3C0E04E1" w14:textId="77777777" w:rsidR="00F37D51" w:rsidRDefault="00000000">
            <w:r>
              <w:rPr>
                <w:color w:val="171717"/>
                <w:sz w:val="15"/>
              </w:rPr>
              <w:t>____________________________________________________________</w:t>
            </w:r>
          </w:p>
        </w:tc>
      </w:tr>
      <w:tr w:rsidR="00F37D51" w14:paraId="66A324E8" w14:textId="77777777">
        <w:trPr>
          <w:jc w:val="center"/>
        </w:trPr>
        <w:tc>
          <w:tcPr>
            <w:tcW w:w="2551" w:type="dxa"/>
            <w:tcMar>
              <w:top w:w="15" w:type="dxa"/>
              <w:left w:w="95" w:type="dxa"/>
              <w:bottom w:w="15" w:type="dxa"/>
              <w:right w:w="95" w:type="dxa"/>
            </w:tcMar>
            <w:vAlign w:val="center"/>
          </w:tcPr>
          <w:p w14:paraId="5D193802" w14:textId="77777777" w:rsidR="00F37D51" w:rsidRDefault="00000000">
            <w:r>
              <w:rPr>
                <w:color w:val="171717"/>
                <w:sz w:val="15"/>
              </w:rPr>
              <w:t>E-mail</w:t>
            </w:r>
          </w:p>
        </w:tc>
        <w:tc>
          <w:tcPr>
            <w:tcW w:w="7654" w:type="dxa"/>
            <w:tcMar>
              <w:top w:w="15" w:type="dxa"/>
              <w:left w:w="95" w:type="dxa"/>
              <w:bottom w:w="15" w:type="dxa"/>
              <w:right w:w="95" w:type="dxa"/>
            </w:tcMar>
            <w:vAlign w:val="center"/>
          </w:tcPr>
          <w:p w14:paraId="2B869F89" w14:textId="77777777" w:rsidR="00F37D51" w:rsidRDefault="00000000">
            <w:r>
              <w:rPr>
                <w:color w:val="171717"/>
                <w:sz w:val="15"/>
              </w:rPr>
              <w:t>____________________________________________________________</w:t>
            </w:r>
          </w:p>
        </w:tc>
      </w:tr>
      <w:tr w:rsidR="00F37D51" w14:paraId="55BC1375" w14:textId="77777777">
        <w:trPr>
          <w:jc w:val="center"/>
        </w:trPr>
        <w:tc>
          <w:tcPr>
            <w:tcW w:w="2551" w:type="dxa"/>
            <w:tcMar>
              <w:top w:w="15" w:type="dxa"/>
              <w:left w:w="95" w:type="dxa"/>
              <w:bottom w:w="15" w:type="dxa"/>
              <w:right w:w="95" w:type="dxa"/>
            </w:tcMar>
            <w:vAlign w:val="center"/>
          </w:tcPr>
          <w:p w14:paraId="1BCBC5D4" w14:textId="77777777" w:rsidR="00F37D51" w:rsidRDefault="00000000">
            <w:r>
              <w:rPr>
                <w:color w:val="171717"/>
                <w:sz w:val="15"/>
              </w:rPr>
              <w:t>Téléphone</w:t>
            </w:r>
          </w:p>
        </w:tc>
        <w:tc>
          <w:tcPr>
            <w:tcW w:w="7654" w:type="dxa"/>
            <w:tcMar>
              <w:top w:w="15" w:type="dxa"/>
              <w:left w:w="95" w:type="dxa"/>
              <w:bottom w:w="15" w:type="dxa"/>
              <w:right w:w="95" w:type="dxa"/>
            </w:tcMar>
            <w:vAlign w:val="center"/>
          </w:tcPr>
          <w:p w14:paraId="73711EEB" w14:textId="77777777" w:rsidR="00F37D51" w:rsidRDefault="00000000">
            <w:r>
              <w:rPr>
                <w:color w:val="171717"/>
                <w:sz w:val="15"/>
              </w:rPr>
              <w:t>____________________________________________________________</w:t>
            </w:r>
          </w:p>
        </w:tc>
      </w:tr>
    </w:tbl>
    <w:p w14:paraId="7D729E2B" w14:textId="77777777" w:rsidR="001B3446" w:rsidRDefault="001B3446">
      <w:pPr>
        <w:spacing w:before="80" w:after="40"/>
        <w:rPr>
          <w:b/>
          <w:color w:val="171717"/>
          <w:sz w:val="18"/>
        </w:rPr>
      </w:pPr>
    </w:p>
    <w:p w14:paraId="2B435389" w14:textId="6B74DDEC" w:rsidR="00F37D51" w:rsidRDefault="00000000">
      <w:pPr>
        <w:spacing w:before="80" w:after="40"/>
      </w:pPr>
      <w:r>
        <w:rPr>
          <w:b/>
          <w:color w:val="171717"/>
          <w:sz w:val="18"/>
        </w:rPr>
        <w:t>CHOISISSEZ VOTRE EXPOSITION</w:t>
      </w:r>
    </w:p>
    <w:tbl>
      <w:tblPr>
        <w:tblW w:w="10204" w:type="dxa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381"/>
        <w:gridCol w:w="4365"/>
        <w:gridCol w:w="1247"/>
        <w:gridCol w:w="1701"/>
      </w:tblGrid>
      <w:tr w:rsidR="00F37D51" w14:paraId="307402FF" w14:textId="77777777">
        <w:trPr>
          <w:cantSplit/>
          <w:jc w:val="center"/>
        </w:trPr>
        <w:tc>
          <w:tcPr>
            <w:tcW w:w="510" w:type="dxa"/>
            <w:shd w:val="clear" w:color="auto" w:fill="EEEEEE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0E8750D" w14:textId="77777777" w:rsidR="00F37D51" w:rsidRDefault="00F37D51">
            <w:pPr>
              <w:jc w:val="center"/>
            </w:pPr>
          </w:p>
        </w:tc>
        <w:tc>
          <w:tcPr>
            <w:tcW w:w="2381" w:type="dxa"/>
            <w:shd w:val="clear" w:color="auto" w:fill="EEEEEE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0DF5C1A" w14:textId="77777777" w:rsidR="00F37D51" w:rsidRDefault="00000000">
            <w:r>
              <w:rPr>
                <w:b/>
                <w:color w:val="171717"/>
                <w:sz w:val="15"/>
              </w:rPr>
              <w:t>Exposition</w:t>
            </w:r>
          </w:p>
        </w:tc>
        <w:tc>
          <w:tcPr>
            <w:tcW w:w="4365" w:type="dxa"/>
            <w:shd w:val="clear" w:color="auto" w:fill="EEEEEE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3DD05E6" w14:textId="77777777" w:rsidR="00F37D51" w:rsidRDefault="00000000">
            <w:r>
              <w:rPr>
                <w:b/>
                <w:color w:val="171717"/>
                <w:sz w:val="14"/>
              </w:rPr>
              <w:t>Contenu</w:t>
            </w:r>
          </w:p>
        </w:tc>
        <w:tc>
          <w:tcPr>
            <w:tcW w:w="1247" w:type="dxa"/>
            <w:shd w:val="clear" w:color="auto" w:fill="EEEEEE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13801BA" w14:textId="77777777" w:rsidR="00F37D51" w:rsidRDefault="00000000">
            <w:pPr>
              <w:jc w:val="center"/>
            </w:pPr>
            <w:r>
              <w:rPr>
                <w:b/>
                <w:color w:val="171717"/>
                <w:sz w:val="15"/>
              </w:rPr>
              <w:t>Quantité</w:t>
            </w:r>
          </w:p>
        </w:tc>
        <w:tc>
          <w:tcPr>
            <w:tcW w:w="1701" w:type="dxa"/>
            <w:shd w:val="clear" w:color="auto" w:fill="EEEEEE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CA7123F" w14:textId="77777777" w:rsidR="00F37D51" w:rsidRDefault="00000000">
            <w:pPr>
              <w:jc w:val="right"/>
            </w:pPr>
            <w:r>
              <w:rPr>
                <w:b/>
                <w:color w:val="171717"/>
                <w:sz w:val="15"/>
              </w:rPr>
              <w:t>Prix HT</w:t>
            </w:r>
          </w:p>
        </w:tc>
      </w:tr>
      <w:tr w:rsidR="00F37D51" w14:paraId="7EF64C55" w14:textId="77777777">
        <w:trPr>
          <w:cantSplit/>
          <w:jc w:val="center"/>
        </w:trPr>
        <w:tc>
          <w:tcPr>
            <w:tcW w:w="51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DA3B558" w14:textId="77777777" w:rsidR="00F37D51" w:rsidRDefault="00000000">
            <w:pPr>
              <w:jc w:val="center"/>
            </w:pPr>
            <w:r>
              <w:rPr>
                <w:color w:val="171717"/>
                <w:sz w:val="15"/>
              </w:rPr>
              <w:t>☐</w:t>
            </w:r>
          </w:p>
        </w:tc>
        <w:tc>
          <w:tcPr>
            <w:tcW w:w="238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C70E076" w14:textId="77777777" w:rsidR="00F37D51" w:rsidRDefault="00000000">
            <w:r>
              <w:rPr>
                <w:b/>
                <w:color w:val="171717"/>
                <w:sz w:val="15"/>
              </w:rPr>
              <w:t>Tête-à-tête</w:t>
            </w:r>
          </w:p>
        </w:tc>
        <w:tc>
          <w:tcPr>
            <w:tcW w:w="4365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15FF37F" w14:textId="77777777" w:rsidR="00F37D51" w:rsidRDefault="00000000">
            <w:r>
              <w:rPr>
                <w:color w:val="171717"/>
                <w:sz w:val="14"/>
              </w:rPr>
              <w:t>Santé mentale des jeunes - 4 panneaux</w:t>
            </w:r>
          </w:p>
        </w:tc>
        <w:tc>
          <w:tcPr>
            <w:tcW w:w="1247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90D26CD" w14:textId="77777777" w:rsidR="00F37D51" w:rsidRDefault="00000000">
            <w:pPr>
              <w:jc w:val="center"/>
            </w:pPr>
            <w:r>
              <w:rPr>
                <w:color w:val="171717"/>
                <w:sz w:val="15"/>
              </w:rPr>
              <w:t>____</w:t>
            </w:r>
          </w:p>
        </w:tc>
        <w:tc>
          <w:tcPr>
            <w:tcW w:w="17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896743E" w14:textId="77777777" w:rsidR="00F37D51" w:rsidRDefault="00000000">
            <w:pPr>
              <w:jc w:val="right"/>
            </w:pPr>
            <w:r>
              <w:rPr>
                <w:b/>
                <w:color w:val="171717"/>
                <w:sz w:val="15"/>
              </w:rPr>
              <w:t>250 €</w:t>
            </w:r>
          </w:p>
        </w:tc>
      </w:tr>
      <w:tr w:rsidR="00F37D51" w14:paraId="62E948E2" w14:textId="77777777">
        <w:trPr>
          <w:cantSplit/>
          <w:jc w:val="center"/>
        </w:trPr>
        <w:tc>
          <w:tcPr>
            <w:tcW w:w="51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9DB429A" w14:textId="77777777" w:rsidR="00F37D51" w:rsidRDefault="00000000">
            <w:pPr>
              <w:jc w:val="center"/>
            </w:pPr>
            <w:r>
              <w:rPr>
                <w:color w:val="171717"/>
                <w:sz w:val="15"/>
              </w:rPr>
              <w:t>☐</w:t>
            </w:r>
          </w:p>
        </w:tc>
        <w:tc>
          <w:tcPr>
            <w:tcW w:w="238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B96F32C" w14:textId="77777777" w:rsidR="00F37D51" w:rsidRDefault="00000000">
            <w:r>
              <w:rPr>
                <w:b/>
                <w:color w:val="171717"/>
                <w:sz w:val="15"/>
              </w:rPr>
              <w:t>L'Amour Safe</w:t>
            </w:r>
          </w:p>
        </w:tc>
        <w:tc>
          <w:tcPr>
            <w:tcW w:w="4365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8FBC808" w14:textId="77777777" w:rsidR="00F37D51" w:rsidRDefault="00000000">
            <w:r>
              <w:rPr>
                <w:color w:val="171717"/>
                <w:sz w:val="14"/>
              </w:rPr>
              <w:t>Amour, consentement, violences - 5 panneaux</w:t>
            </w:r>
          </w:p>
        </w:tc>
        <w:tc>
          <w:tcPr>
            <w:tcW w:w="1247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E35CE13" w14:textId="77777777" w:rsidR="00F37D51" w:rsidRDefault="00000000">
            <w:pPr>
              <w:jc w:val="center"/>
            </w:pPr>
            <w:r>
              <w:rPr>
                <w:color w:val="171717"/>
                <w:sz w:val="15"/>
              </w:rPr>
              <w:t>____</w:t>
            </w:r>
          </w:p>
        </w:tc>
        <w:tc>
          <w:tcPr>
            <w:tcW w:w="17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12F6959" w14:textId="77777777" w:rsidR="00F37D51" w:rsidRDefault="00000000">
            <w:pPr>
              <w:jc w:val="right"/>
            </w:pPr>
            <w:r>
              <w:rPr>
                <w:b/>
                <w:color w:val="171717"/>
                <w:sz w:val="15"/>
              </w:rPr>
              <w:t>290 €</w:t>
            </w:r>
          </w:p>
        </w:tc>
      </w:tr>
      <w:tr w:rsidR="00F37D51" w14:paraId="60610036" w14:textId="77777777">
        <w:trPr>
          <w:cantSplit/>
          <w:jc w:val="center"/>
        </w:trPr>
        <w:tc>
          <w:tcPr>
            <w:tcW w:w="51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A9DDFDE" w14:textId="77777777" w:rsidR="00F37D51" w:rsidRDefault="00000000">
            <w:pPr>
              <w:jc w:val="center"/>
            </w:pPr>
            <w:r>
              <w:rPr>
                <w:color w:val="171717"/>
                <w:sz w:val="15"/>
              </w:rPr>
              <w:t>☐</w:t>
            </w:r>
          </w:p>
        </w:tc>
        <w:tc>
          <w:tcPr>
            <w:tcW w:w="238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5A2125B" w14:textId="77777777" w:rsidR="00F37D51" w:rsidRDefault="00000000">
            <w:r>
              <w:rPr>
                <w:b/>
                <w:color w:val="171717"/>
                <w:sz w:val="15"/>
              </w:rPr>
              <w:t>Nos libertés</w:t>
            </w:r>
          </w:p>
        </w:tc>
        <w:tc>
          <w:tcPr>
            <w:tcW w:w="4365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5A6E435" w14:textId="77777777" w:rsidR="00F37D51" w:rsidRDefault="00000000">
            <w:r>
              <w:rPr>
                <w:color w:val="171717"/>
                <w:sz w:val="14"/>
              </w:rPr>
              <w:t>Droits et libertés des femmes - 6 panneaux</w:t>
            </w:r>
          </w:p>
        </w:tc>
        <w:tc>
          <w:tcPr>
            <w:tcW w:w="1247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E8D931A" w14:textId="77777777" w:rsidR="00F37D51" w:rsidRDefault="00000000">
            <w:pPr>
              <w:jc w:val="center"/>
            </w:pPr>
            <w:r>
              <w:rPr>
                <w:color w:val="171717"/>
                <w:sz w:val="15"/>
              </w:rPr>
              <w:t>____</w:t>
            </w:r>
          </w:p>
        </w:tc>
        <w:tc>
          <w:tcPr>
            <w:tcW w:w="17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8514214" w14:textId="77777777" w:rsidR="00F37D51" w:rsidRDefault="00000000">
            <w:pPr>
              <w:jc w:val="right"/>
            </w:pPr>
            <w:r>
              <w:rPr>
                <w:b/>
                <w:color w:val="171717"/>
                <w:sz w:val="15"/>
              </w:rPr>
              <w:t>320 €</w:t>
            </w:r>
          </w:p>
        </w:tc>
      </w:tr>
    </w:tbl>
    <w:p w14:paraId="0451F6B5" w14:textId="77777777" w:rsidR="00F37D51" w:rsidRDefault="00F37D51">
      <w:pPr>
        <w:spacing w:after="20"/>
      </w:pPr>
    </w:p>
    <w:tbl>
      <w:tblPr>
        <w:tblW w:w="10205" w:type="dxa"/>
        <w:jc w:val="center"/>
        <w:tblBorders>
          <w:top w:val="single" w:sz="5" w:space="0" w:color="C7B6C0"/>
          <w:left w:val="single" w:sz="5" w:space="0" w:color="C7B6C0"/>
          <w:bottom w:val="single" w:sz="5" w:space="0" w:color="C7B6C0"/>
          <w:right w:val="single" w:sz="5" w:space="0" w:color="C7B6C0"/>
          <w:insideH w:val="single" w:sz="5" w:space="0" w:color="C7B6C0"/>
          <w:insideV w:val="single" w:sz="5" w:space="0" w:color="C7B6C0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200"/>
      </w:tblGrid>
      <w:tr w:rsidR="00F37D51" w14:paraId="56B74914" w14:textId="77777777">
        <w:trPr>
          <w:jc w:val="center"/>
        </w:trPr>
        <w:tc>
          <w:tcPr>
            <w:tcW w:w="3005" w:type="dxa"/>
            <w:shd w:val="clear" w:color="auto" w:fill="F4F1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7721E1F" w14:textId="77777777" w:rsidR="00F37D51" w:rsidRDefault="00000000">
            <w:r>
              <w:rPr>
                <w:b/>
                <w:color w:val="171717"/>
                <w:sz w:val="15"/>
              </w:rPr>
              <w:t>TARIFS DÉGRESSIFS</w:t>
            </w:r>
          </w:p>
        </w:tc>
        <w:tc>
          <w:tcPr>
            <w:tcW w:w="7200" w:type="dxa"/>
            <w:shd w:val="clear" w:color="auto" w:fill="F4F1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FFA7715" w14:textId="77777777" w:rsidR="00F37D51" w:rsidRDefault="00000000">
            <w:r>
              <w:rPr>
                <w:b/>
                <w:color w:val="171717"/>
                <w:sz w:val="15"/>
              </w:rPr>
              <w:t>2 expositions : -10 %     |     3 expositions : -20 %</w:t>
            </w:r>
          </w:p>
        </w:tc>
      </w:tr>
    </w:tbl>
    <w:p w14:paraId="507B660C" w14:textId="77777777" w:rsidR="00F37D51" w:rsidRDefault="00F37D51">
      <w:pPr>
        <w:spacing w:after="20"/>
      </w:pPr>
    </w:p>
    <w:tbl>
      <w:tblPr>
        <w:tblW w:w="10205" w:type="dxa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8504"/>
        <w:gridCol w:w="1701"/>
      </w:tblGrid>
      <w:tr w:rsidR="00F37D51" w14:paraId="7BF55F9E" w14:textId="77777777">
        <w:trPr>
          <w:cantSplit/>
          <w:jc w:val="center"/>
        </w:trPr>
        <w:tc>
          <w:tcPr>
            <w:tcW w:w="8504" w:type="dxa"/>
            <w:shd w:val="clear" w:color="auto" w:fill="EEEEEE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906B5C6" w14:textId="77777777" w:rsidR="00F37D51" w:rsidRDefault="00000000">
            <w:r>
              <w:rPr>
                <w:b/>
                <w:color w:val="171717"/>
                <w:sz w:val="14"/>
              </w:rPr>
              <w:t>Combinaison</w:t>
            </w:r>
          </w:p>
        </w:tc>
        <w:tc>
          <w:tcPr>
            <w:tcW w:w="1701" w:type="dxa"/>
            <w:shd w:val="clear" w:color="auto" w:fill="EEEEEE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178377D" w14:textId="77777777" w:rsidR="00F37D51" w:rsidRDefault="00000000">
            <w:pPr>
              <w:jc w:val="right"/>
            </w:pPr>
            <w:r>
              <w:rPr>
                <w:b/>
                <w:color w:val="171717"/>
                <w:sz w:val="14"/>
              </w:rPr>
              <w:t>Prix HT</w:t>
            </w:r>
          </w:p>
        </w:tc>
      </w:tr>
      <w:tr w:rsidR="00F37D51" w14:paraId="24AB8578" w14:textId="77777777">
        <w:trPr>
          <w:cantSplit/>
          <w:jc w:val="center"/>
        </w:trPr>
        <w:tc>
          <w:tcPr>
            <w:tcW w:w="8504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F622CDC" w14:textId="77777777" w:rsidR="00F37D51" w:rsidRDefault="00000000">
            <w:r>
              <w:rPr>
                <w:color w:val="171717"/>
                <w:sz w:val="14"/>
              </w:rPr>
              <w:t>Tête-à-tête + L'Amour Safe</w:t>
            </w:r>
          </w:p>
        </w:tc>
        <w:tc>
          <w:tcPr>
            <w:tcW w:w="17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45FA78C" w14:textId="77777777" w:rsidR="00F37D51" w:rsidRDefault="00000000">
            <w:pPr>
              <w:jc w:val="right"/>
            </w:pPr>
            <w:r>
              <w:rPr>
                <w:color w:val="171717"/>
                <w:sz w:val="14"/>
              </w:rPr>
              <w:t>486 €</w:t>
            </w:r>
          </w:p>
        </w:tc>
      </w:tr>
      <w:tr w:rsidR="00F37D51" w14:paraId="2BC7B1B6" w14:textId="77777777">
        <w:trPr>
          <w:cantSplit/>
          <w:jc w:val="center"/>
        </w:trPr>
        <w:tc>
          <w:tcPr>
            <w:tcW w:w="8504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32C1DBD" w14:textId="77777777" w:rsidR="00F37D51" w:rsidRDefault="00000000">
            <w:r>
              <w:rPr>
                <w:color w:val="171717"/>
                <w:sz w:val="14"/>
              </w:rPr>
              <w:t>Tête-à-tête + Nos libertés</w:t>
            </w:r>
          </w:p>
        </w:tc>
        <w:tc>
          <w:tcPr>
            <w:tcW w:w="17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E7DD100" w14:textId="77777777" w:rsidR="00F37D51" w:rsidRDefault="00000000">
            <w:pPr>
              <w:jc w:val="right"/>
            </w:pPr>
            <w:r>
              <w:rPr>
                <w:color w:val="171717"/>
                <w:sz w:val="14"/>
              </w:rPr>
              <w:t>513 €</w:t>
            </w:r>
          </w:p>
        </w:tc>
      </w:tr>
      <w:tr w:rsidR="00F37D51" w14:paraId="1990BC9F" w14:textId="77777777">
        <w:trPr>
          <w:cantSplit/>
          <w:jc w:val="center"/>
        </w:trPr>
        <w:tc>
          <w:tcPr>
            <w:tcW w:w="8504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6F95C40" w14:textId="77777777" w:rsidR="00F37D51" w:rsidRDefault="00000000">
            <w:r>
              <w:rPr>
                <w:color w:val="171717"/>
                <w:sz w:val="14"/>
              </w:rPr>
              <w:t>L'Amour Safe + Nos libertés</w:t>
            </w:r>
          </w:p>
        </w:tc>
        <w:tc>
          <w:tcPr>
            <w:tcW w:w="17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754C184" w14:textId="77777777" w:rsidR="00F37D51" w:rsidRDefault="00000000">
            <w:pPr>
              <w:jc w:val="right"/>
            </w:pPr>
            <w:r>
              <w:rPr>
                <w:color w:val="171717"/>
                <w:sz w:val="14"/>
              </w:rPr>
              <w:t>549 €</w:t>
            </w:r>
          </w:p>
        </w:tc>
      </w:tr>
      <w:tr w:rsidR="00F37D51" w14:paraId="50BB77AF" w14:textId="77777777">
        <w:trPr>
          <w:cantSplit/>
          <w:jc w:val="center"/>
        </w:trPr>
        <w:tc>
          <w:tcPr>
            <w:tcW w:w="8504" w:type="dxa"/>
            <w:shd w:val="clear" w:color="auto" w:fill="F4F1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0A0E72B" w14:textId="77777777" w:rsidR="00F37D51" w:rsidRDefault="00000000">
            <w:r>
              <w:rPr>
                <w:b/>
                <w:color w:val="171717"/>
                <w:sz w:val="14"/>
              </w:rPr>
              <w:t>LES 3 EXPOSITIONS</w:t>
            </w:r>
          </w:p>
        </w:tc>
        <w:tc>
          <w:tcPr>
            <w:tcW w:w="1701" w:type="dxa"/>
            <w:shd w:val="clear" w:color="auto" w:fill="F4F1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7D13A6F" w14:textId="77777777" w:rsidR="00F37D51" w:rsidRDefault="00000000">
            <w:pPr>
              <w:jc w:val="right"/>
            </w:pPr>
            <w:r>
              <w:rPr>
                <w:b/>
                <w:color w:val="171717"/>
                <w:sz w:val="14"/>
              </w:rPr>
              <w:t>688 €</w:t>
            </w:r>
          </w:p>
        </w:tc>
      </w:tr>
    </w:tbl>
    <w:p w14:paraId="42EB59BA" w14:textId="77777777" w:rsidR="00F37D51" w:rsidRDefault="00F37D51">
      <w:pPr>
        <w:spacing w:after="20"/>
      </w:pPr>
    </w:p>
    <w:tbl>
      <w:tblPr>
        <w:tblW w:w="10205" w:type="dxa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F37D51" w14:paraId="3817D597" w14:textId="77777777">
        <w:trPr>
          <w:jc w:val="center"/>
        </w:trPr>
        <w:tc>
          <w:tcPr>
            <w:tcW w:w="10205" w:type="dxa"/>
            <w:shd w:val="clear" w:color="auto" w:fill="FAFAF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9DE16A6" w14:textId="1B04D79D" w:rsidR="00F37D51" w:rsidRDefault="00000000">
            <w:r>
              <w:rPr>
                <w:b/>
                <w:color w:val="171717"/>
                <w:sz w:val="14"/>
              </w:rPr>
              <w:t xml:space="preserve">Chaque exposition comprend : </w:t>
            </w:r>
            <w:r>
              <w:rPr>
                <w:color w:val="171717"/>
                <w:sz w:val="14"/>
              </w:rPr>
              <w:t xml:space="preserve">panneaux imprimés sur support rigide et accès illimité aux contenus sonores par QR code. </w:t>
            </w:r>
            <w:r w:rsidR="001B3446">
              <w:rPr>
                <w:b/>
                <w:color w:val="171717"/>
                <w:sz w:val="14"/>
              </w:rPr>
              <w:t>L</w:t>
            </w:r>
            <w:r>
              <w:rPr>
                <w:b/>
                <w:color w:val="171717"/>
                <w:sz w:val="14"/>
              </w:rPr>
              <w:t xml:space="preserve">ivraison </w:t>
            </w:r>
            <w:proofErr w:type="spellStart"/>
            <w:r>
              <w:rPr>
                <w:b/>
                <w:color w:val="171717"/>
                <w:sz w:val="14"/>
              </w:rPr>
              <w:t>incluse</w:t>
            </w:r>
            <w:proofErr w:type="spellEnd"/>
            <w:r>
              <w:rPr>
                <w:b/>
                <w:color w:val="171717"/>
                <w:sz w:val="14"/>
              </w:rPr>
              <w:t>.</w:t>
            </w:r>
          </w:p>
        </w:tc>
      </w:tr>
    </w:tbl>
    <w:p w14:paraId="0569E24B" w14:textId="77777777" w:rsidR="00F37D51" w:rsidRDefault="00F37D51">
      <w:pPr>
        <w:spacing w:after="20"/>
      </w:pPr>
    </w:p>
    <w:p w14:paraId="687158FA" w14:textId="77777777" w:rsidR="001B3446" w:rsidRDefault="001B3446">
      <w:pPr>
        <w:spacing w:after="20"/>
      </w:pPr>
    </w:p>
    <w:tbl>
      <w:tblPr>
        <w:tblW w:w="10205" w:type="dxa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953"/>
        <w:gridCol w:w="1871"/>
        <w:gridCol w:w="2381"/>
      </w:tblGrid>
      <w:tr w:rsidR="00F37D51" w14:paraId="69AF517D" w14:textId="77777777">
        <w:trPr>
          <w:cantSplit/>
          <w:jc w:val="center"/>
        </w:trPr>
        <w:tc>
          <w:tcPr>
            <w:tcW w:w="5953" w:type="dxa"/>
            <w:vMerge w:val="restart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A1B01F4" w14:textId="77777777" w:rsidR="00F37D51" w:rsidRDefault="00000000">
            <w:r>
              <w:rPr>
                <w:b/>
                <w:color w:val="171717"/>
                <w:sz w:val="13"/>
              </w:rPr>
              <w:t>A D R E S S E  D E  L I V R A I S O N</w:t>
            </w:r>
            <w:r>
              <w:rPr>
                <w:b/>
                <w:color w:val="171717"/>
                <w:sz w:val="13"/>
              </w:rPr>
              <w:br/>
            </w:r>
            <w:r>
              <w:rPr>
                <w:b/>
                <w:color w:val="171717"/>
                <w:sz w:val="13"/>
              </w:rPr>
              <w:br/>
              <w:t>☐  Identique à l'adresse ci-dessus</w:t>
            </w:r>
            <w:r>
              <w:rPr>
                <w:b/>
                <w:color w:val="171717"/>
                <w:sz w:val="13"/>
              </w:rPr>
              <w:br/>
            </w:r>
            <w:r>
              <w:rPr>
                <w:b/>
                <w:color w:val="171717"/>
                <w:sz w:val="13"/>
              </w:rPr>
              <w:br/>
              <w:t>Autre adresse : __________________________________________</w:t>
            </w:r>
            <w:r>
              <w:rPr>
                <w:b/>
                <w:color w:val="171717"/>
                <w:sz w:val="13"/>
              </w:rPr>
              <w:br/>
            </w:r>
            <w:r>
              <w:rPr>
                <w:b/>
                <w:color w:val="171717"/>
                <w:sz w:val="13"/>
              </w:rPr>
              <w:br/>
              <w:t>________________________________________________________</w:t>
            </w:r>
          </w:p>
        </w:tc>
        <w:tc>
          <w:tcPr>
            <w:tcW w:w="187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926DC03" w14:textId="77777777" w:rsidR="00F37D51" w:rsidRDefault="00000000">
            <w:r>
              <w:rPr>
                <w:color w:val="171717"/>
                <w:sz w:val="14"/>
              </w:rPr>
              <w:t>TOTAL HT</w:t>
            </w:r>
          </w:p>
        </w:tc>
        <w:tc>
          <w:tcPr>
            <w:tcW w:w="238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2D327EC" w14:textId="77777777" w:rsidR="00F37D51" w:rsidRDefault="00000000">
            <w:pPr>
              <w:jc w:val="right"/>
            </w:pPr>
            <w:r>
              <w:rPr>
                <w:b/>
                <w:color w:val="171717"/>
                <w:sz w:val="14"/>
              </w:rPr>
              <w:t>____________ €</w:t>
            </w:r>
          </w:p>
        </w:tc>
      </w:tr>
      <w:tr w:rsidR="00F37D51" w14:paraId="75CD1D94" w14:textId="77777777">
        <w:trPr>
          <w:cantSplit/>
          <w:jc w:val="center"/>
        </w:trPr>
        <w:tc>
          <w:tcPr>
            <w:tcW w:w="5953" w:type="dxa"/>
            <w:vMerge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5D61090" w14:textId="77777777" w:rsidR="00F37D51" w:rsidRDefault="00F37D51"/>
        </w:tc>
        <w:tc>
          <w:tcPr>
            <w:tcW w:w="187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0462A3A" w14:textId="77777777" w:rsidR="00F37D51" w:rsidRDefault="00000000">
            <w:r>
              <w:rPr>
                <w:color w:val="171717"/>
                <w:sz w:val="14"/>
              </w:rPr>
              <w:t>TVA 20 %</w:t>
            </w:r>
          </w:p>
        </w:tc>
        <w:tc>
          <w:tcPr>
            <w:tcW w:w="238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ECE923E" w14:textId="77777777" w:rsidR="00F37D51" w:rsidRDefault="00000000">
            <w:pPr>
              <w:jc w:val="right"/>
            </w:pPr>
            <w:r>
              <w:rPr>
                <w:b/>
                <w:color w:val="171717"/>
                <w:sz w:val="14"/>
              </w:rPr>
              <w:t>____________ €</w:t>
            </w:r>
          </w:p>
        </w:tc>
      </w:tr>
      <w:tr w:rsidR="00F37D51" w14:paraId="391E47E7" w14:textId="77777777">
        <w:trPr>
          <w:cantSplit/>
          <w:jc w:val="center"/>
        </w:trPr>
        <w:tc>
          <w:tcPr>
            <w:tcW w:w="5953" w:type="dxa"/>
            <w:vMerge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8F4A2D0" w14:textId="77777777" w:rsidR="00F37D51" w:rsidRDefault="00F37D51"/>
        </w:tc>
        <w:tc>
          <w:tcPr>
            <w:tcW w:w="1871" w:type="dxa"/>
            <w:shd w:val="clear" w:color="auto" w:fill="EEEEEE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C16DC8E" w14:textId="77777777" w:rsidR="00F37D51" w:rsidRDefault="00000000">
            <w:r>
              <w:rPr>
                <w:b/>
                <w:color w:val="171717"/>
                <w:sz w:val="14"/>
              </w:rPr>
              <w:t>TOTAL TTC</w:t>
            </w:r>
          </w:p>
        </w:tc>
        <w:tc>
          <w:tcPr>
            <w:tcW w:w="2381" w:type="dxa"/>
            <w:shd w:val="clear" w:color="auto" w:fill="EEEEEE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4180901" w14:textId="77777777" w:rsidR="00F37D51" w:rsidRDefault="00000000">
            <w:pPr>
              <w:jc w:val="right"/>
            </w:pPr>
            <w:r>
              <w:rPr>
                <w:b/>
                <w:color w:val="171717"/>
                <w:sz w:val="14"/>
              </w:rPr>
              <w:t>____________ €</w:t>
            </w:r>
          </w:p>
        </w:tc>
      </w:tr>
    </w:tbl>
    <w:p w14:paraId="0AF18E51" w14:textId="77777777" w:rsidR="001B3446" w:rsidRDefault="001B3446">
      <w:pPr>
        <w:spacing w:before="80" w:after="40"/>
        <w:rPr>
          <w:b/>
          <w:color w:val="171717"/>
          <w:sz w:val="18"/>
        </w:rPr>
      </w:pPr>
    </w:p>
    <w:p w14:paraId="02BCA87D" w14:textId="77777777" w:rsidR="001B3446" w:rsidRDefault="001B3446">
      <w:pPr>
        <w:spacing w:before="80" w:after="40"/>
        <w:rPr>
          <w:b/>
          <w:color w:val="171717"/>
          <w:sz w:val="18"/>
        </w:rPr>
      </w:pPr>
    </w:p>
    <w:p w14:paraId="59B928E8" w14:textId="6FED6EB2" w:rsidR="00F37D51" w:rsidRDefault="00000000">
      <w:pPr>
        <w:spacing w:before="80" w:after="40"/>
      </w:pPr>
      <w:r>
        <w:rPr>
          <w:b/>
          <w:color w:val="171717"/>
          <w:sz w:val="18"/>
        </w:rPr>
        <w:t>VALIDATION DE LA COMMANDE</w:t>
      </w:r>
    </w:p>
    <w:tbl>
      <w:tblPr>
        <w:tblW w:w="10205" w:type="dxa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F37D51" w14:paraId="7F01036E" w14:textId="77777777">
        <w:trPr>
          <w:cantSplit/>
          <w:jc w:val="center"/>
        </w:trPr>
        <w:tc>
          <w:tcPr>
            <w:tcW w:w="2835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F632AC4" w14:textId="77777777" w:rsidR="00F37D51" w:rsidRDefault="00000000">
            <w:r>
              <w:rPr>
                <w:b/>
                <w:color w:val="171717"/>
                <w:sz w:val="13"/>
              </w:rPr>
              <w:t>Nom et qualité du signataire</w:t>
            </w:r>
          </w:p>
        </w:tc>
        <w:tc>
          <w:tcPr>
            <w:tcW w:w="737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A6C7CEB" w14:textId="77777777" w:rsidR="00F37D51" w:rsidRDefault="00000000">
            <w:r>
              <w:rPr>
                <w:color w:val="171717"/>
                <w:sz w:val="14"/>
              </w:rPr>
              <w:t>____________________________________________________________</w:t>
            </w:r>
          </w:p>
        </w:tc>
      </w:tr>
      <w:tr w:rsidR="00F37D51" w14:paraId="5CFB37E7" w14:textId="77777777">
        <w:trPr>
          <w:cantSplit/>
          <w:jc w:val="center"/>
        </w:trPr>
        <w:tc>
          <w:tcPr>
            <w:tcW w:w="2835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4ED9EC6" w14:textId="77777777" w:rsidR="00F37D51" w:rsidRDefault="00000000">
            <w:r>
              <w:rPr>
                <w:b/>
                <w:color w:val="171717"/>
                <w:sz w:val="13"/>
              </w:rPr>
              <w:t>Date</w:t>
            </w:r>
          </w:p>
        </w:tc>
        <w:tc>
          <w:tcPr>
            <w:tcW w:w="737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AF10FE3" w14:textId="77777777" w:rsidR="00F37D51" w:rsidRDefault="00000000">
            <w:r>
              <w:rPr>
                <w:color w:val="171717"/>
                <w:sz w:val="14"/>
              </w:rPr>
              <w:t>____ / ____ / ______</w:t>
            </w:r>
          </w:p>
        </w:tc>
      </w:tr>
      <w:tr w:rsidR="00F37D51" w14:paraId="4BD68D63" w14:textId="77777777">
        <w:trPr>
          <w:cantSplit/>
          <w:jc w:val="center"/>
        </w:trPr>
        <w:tc>
          <w:tcPr>
            <w:tcW w:w="2835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C9C7ADA" w14:textId="77777777" w:rsidR="00F37D51" w:rsidRDefault="00000000">
            <w:r>
              <w:rPr>
                <w:b/>
                <w:color w:val="171717"/>
                <w:sz w:val="13"/>
              </w:rPr>
              <w:t>Signature / cachet</w:t>
            </w:r>
          </w:p>
        </w:tc>
        <w:tc>
          <w:tcPr>
            <w:tcW w:w="737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A21C02F" w14:textId="77777777" w:rsidR="00F37D51" w:rsidRDefault="00000000">
            <w:r>
              <w:rPr>
                <w:color w:val="171717"/>
                <w:sz w:val="14"/>
              </w:rPr>
              <w:br/>
            </w:r>
            <w:r>
              <w:rPr>
                <w:color w:val="171717"/>
                <w:sz w:val="14"/>
              </w:rPr>
              <w:br/>
            </w:r>
          </w:p>
        </w:tc>
      </w:tr>
    </w:tbl>
    <w:p w14:paraId="00FADF4B" w14:textId="77777777" w:rsidR="00C50E5D" w:rsidRDefault="00C50E5D"/>
    <w:sectPr w:rsidR="00C50E5D" w:rsidSect="00034616">
      <w:footerReference w:type="default" r:id="rId8"/>
      <w:pgSz w:w="11906" w:h="16838"/>
      <w:pgMar w:top="680" w:right="850" w:bottom="510" w:left="85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D5ADED" w14:textId="77777777" w:rsidR="00C50E5D" w:rsidRDefault="00C50E5D">
      <w:r>
        <w:separator/>
      </w:r>
    </w:p>
  </w:endnote>
  <w:endnote w:type="continuationSeparator" w:id="0">
    <w:p w14:paraId="07095529" w14:textId="77777777" w:rsidR="00C50E5D" w:rsidRDefault="00C5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CFB965" w14:textId="77777777" w:rsidR="00F37D51" w:rsidRDefault="00000000">
    <w:pPr>
      <w:pStyle w:val="Pieddepage"/>
      <w:jc w:val="center"/>
    </w:pPr>
    <w:r>
      <w:rPr>
        <w:color w:val="555555"/>
        <w:sz w:val="11"/>
      </w:rPr>
      <w:t xml:space="preserve">SIMONE ET CIE - 17 rue </w:t>
    </w:r>
    <w:proofErr w:type="spellStart"/>
    <w:r>
      <w:rPr>
        <w:color w:val="555555"/>
        <w:sz w:val="11"/>
      </w:rPr>
      <w:t>Barbaroux</w:t>
    </w:r>
    <w:proofErr w:type="spellEnd"/>
    <w:r>
      <w:rPr>
        <w:color w:val="555555"/>
        <w:sz w:val="11"/>
      </w:rPr>
      <w:t xml:space="preserve">, 13001 Marseille - </w:t>
    </w:r>
    <w:proofErr w:type="gramStart"/>
    <w:r>
      <w:rPr>
        <w:color w:val="555555"/>
        <w:sz w:val="11"/>
      </w:rPr>
      <w:t>SIRET :</w:t>
    </w:r>
    <w:proofErr w:type="gramEnd"/>
    <w:r>
      <w:rPr>
        <w:color w:val="555555"/>
        <w:sz w:val="11"/>
      </w:rPr>
      <w:t xml:space="preserve"> 89954133800013 - </w:t>
    </w:r>
    <w:proofErr w:type="spellStart"/>
    <w:r>
      <w:rPr>
        <w:color w:val="555555"/>
        <w:sz w:val="11"/>
      </w:rPr>
      <w:t>Tél</w:t>
    </w:r>
    <w:proofErr w:type="spellEnd"/>
    <w:proofErr w:type="gramStart"/>
    <w:r>
      <w:rPr>
        <w:color w:val="555555"/>
        <w:sz w:val="11"/>
      </w:rPr>
      <w:t>. :</w:t>
    </w:r>
    <w:proofErr w:type="gramEnd"/>
    <w:r>
      <w:rPr>
        <w:color w:val="555555"/>
        <w:sz w:val="11"/>
      </w:rPr>
      <w:t xml:space="preserve"> 06 49 80 18 78 - heloisepierre1@gmail.com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5767B5" w14:textId="77777777" w:rsidR="00C50E5D" w:rsidRDefault="00C50E5D">
      <w:r>
        <w:separator/>
      </w:r>
    </w:p>
  </w:footnote>
  <w:footnote w:type="continuationSeparator" w:id="0">
    <w:p w14:paraId="03616E64" w14:textId="77777777" w:rsidR="00C50E5D" w:rsidRDefault="00C50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6045435">
    <w:abstractNumId w:val="8"/>
  </w:num>
  <w:num w:numId="2" w16cid:durableId="2019115795">
    <w:abstractNumId w:val="6"/>
  </w:num>
  <w:num w:numId="3" w16cid:durableId="1764838705">
    <w:abstractNumId w:val="5"/>
  </w:num>
  <w:num w:numId="4" w16cid:durableId="435904196">
    <w:abstractNumId w:val="4"/>
  </w:num>
  <w:num w:numId="5" w16cid:durableId="1681350533">
    <w:abstractNumId w:val="7"/>
  </w:num>
  <w:num w:numId="6" w16cid:durableId="733046251">
    <w:abstractNumId w:val="3"/>
  </w:num>
  <w:num w:numId="7" w16cid:durableId="390232010">
    <w:abstractNumId w:val="2"/>
  </w:num>
  <w:num w:numId="8" w16cid:durableId="317534918">
    <w:abstractNumId w:val="1"/>
  </w:num>
  <w:num w:numId="9" w16cid:durableId="17293791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3446"/>
    <w:rsid w:val="0029639D"/>
    <w:rsid w:val="00326F90"/>
    <w:rsid w:val="00AA1D8D"/>
    <w:rsid w:val="00B47730"/>
    <w:rsid w:val="00C50E5D"/>
    <w:rsid w:val="00CB0664"/>
    <w:rsid w:val="00DF7DC8"/>
    <w:rsid w:val="00F37D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DCC7E7"/>
  <w14:defaultImageDpi w14:val="300"/>
  <w15:docId w15:val="{B49F9B42-2F21-5146-93AA-1C0C9BB5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6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Bon de commande - Expositions sonores</dc:title>
  <dc:subject>Bon de commande éditable</dc:subject>
  <dc:creator>SIMONE ET CIE</dc:creator>
  <cp:keywords/>
  <dc:description>generated by python-docx</dc:description>
  <cp:lastModifiedBy>Héloïse Pierre</cp:lastModifiedBy>
  <cp:revision>2</cp:revision>
  <dcterms:created xsi:type="dcterms:W3CDTF">2026-08-19T12:50:00Z</dcterms:created>
  <dcterms:modified xsi:type="dcterms:W3CDTF">2026-08-19T12:50:00Z</dcterms:modified>
  <cp:category/>
</cp:coreProperties>
</file>